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spacing w:after="40"/>
      </w:pPr>
      <w:r>
        <w:rPr>
          <w:b/>
          <w:i w:val="0"/>
          <w:sz w:val="23"/>
        </w:rPr>
        <w:t>[Job title you want, e.g. Project Coordinator]</w:t>
      </w:r>
    </w:p>
    <w:p>
      <w:pPr>
        <w:spacing w:after="120"/>
        <w:pBdr>
          <w:bottom w:val="single" w:sz="6" w:space="1" w:color="1F5C4A"/>
        </w:pBdr>
      </w:pPr>
      <w:r>
        <w:rPr>
          <w:b w:val="0"/>
          <w:i w:val="0"/>
          <w:color w:val="555555"/>
        </w:rPr>
        <w:t>[City, Country] · [phone] · [email] · [linkedin.com/in/yourname]</w:t>
      </w:r>
    </w:p>
    <w:p>
      <w:pPr>
        <w:pStyle w:val="Heading1"/>
      </w:pPr>
      <w:r>
        <w:t>Summary</w:t>
      </w:r>
    </w:p>
    <w:p>
      <w:r>
        <w:rPr>
          <w:b w:val="0"/>
          <w:i w:val="0"/>
        </w:rPr>
        <w:t>[Two or three lines: who you are, the skill you are best at, and the kind of job you want next. Use words from the job ad.]</w:t>
      </w:r>
    </w:p>
    <w:p>
      <w:pPr>
        <w:pStyle w:val="Heading1"/>
      </w:pPr>
      <w:r>
        <w:t>Experience</w:t>
      </w:r>
    </w:p>
    <w:p>
      <w:pPr>
        <w:pStyle w:val="Heading2"/>
      </w:pPr>
      <w:r>
        <w:t>[Job title]</w:t>
      </w:r>
    </w:p>
    <w:p>
      <w:pPr>
        <w:spacing w:after="40"/>
      </w:pPr>
      <w:r>
        <w:rPr>
          <w:b w:val="0"/>
          <w:i w:val="0"/>
          <w:color w:val="555555"/>
        </w:rPr>
        <w:t>[Company], [City] | [Mon YYYY] – Present</w:t>
      </w:r>
    </w:p>
    <w:p>
      <w:pPr>
        <w:pStyle w:val="ListBullet"/>
      </w:pPr>
      <w:r>
        <w:t>[What you achieved, with a number if you can: e.g. Cut response time from 2 days to 4 hours.]</w:t>
      </w:r>
    </w:p>
    <w:p>
      <w:pPr>
        <w:pStyle w:val="ListBullet"/>
      </w:pPr>
      <w:r>
        <w:t>[A task the new job also needs, in the words the job ad uses.]</w:t>
      </w:r>
    </w:p>
    <w:p>
      <w:pPr>
        <w:pStyle w:val="ListBullet"/>
      </w:pPr>
      <w:r>
        <w:t>[A tool, system or method you used every day.]</w:t>
      </w:r>
    </w:p>
    <w:p>
      <w:pPr>
        <w:pStyle w:val="Heading2"/>
      </w:pPr>
      <w:r>
        <w:t>[Job title]</w:t>
      </w:r>
    </w:p>
    <w:p>
      <w:pPr>
        <w:spacing w:after="40"/>
      </w:pPr>
      <w:r>
        <w:rPr>
          <w:b w:val="0"/>
          <w:i w:val="0"/>
          <w:color w:val="555555"/>
        </w:rPr>
        <w:t>[Company], [City] | [Mon YYYY] – [Mon YYYY]</w:t>
      </w:r>
    </w:p>
    <w:p>
      <w:pPr>
        <w:pStyle w:val="ListBullet"/>
      </w:pPr>
      <w:r>
        <w:t>[Result or responsibility.]</w:t>
      </w:r>
    </w:p>
    <w:p>
      <w:pPr>
        <w:pStyle w:val="ListBullet"/>
      </w:pPr>
      <w:r>
        <w:t>[Result or responsibility.]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</w:t>
      </w:r>
    </w:p>
    <w:p>
      <w:pPr>
        <w:spacing w:after="40"/>
      </w:pPr>
      <w:r>
        <w:rPr>
          <w:b w:val="0"/>
          <w:i w:val="0"/>
          <w:color w:val="555555"/>
        </w:rPr>
        <w:t>[School or university], [City] | [YYYY] – [YYYY]</w:t>
      </w:r>
    </w:p>
    <w:p>
      <w:pPr>
        <w:pStyle w:val="Heading1"/>
      </w:pPr>
      <w:r>
        <w:t>Skills</w:t>
      </w:r>
    </w:p>
    <w:p>
      <w:r>
        <w:rPr>
          <w:b w:val="0"/>
          <w:i w:val="0"/>
        </w:rPr>
        <w:t>[Skill] · [Skill] · [Skill] · [Software] · [Software] · [Language: level]</w:t>
      </w:r>
    </w:p>
    <w:p>
      <w:pPr>
        <w:pStyle w:val="Heading1"/>
      </w:pPr>
      <w:r>
        <w:t>Certifications</w:t>
      </w:r>
    </w:p>
    <w:p>
      <w:r>
        <w:rPr>
          <w:b w:val="0"/>
          <w:i w:val="0"/>
        </w:rPr>
        <w:t>[Certificate name], [Issuer], [YYYY]</w:t>
      </w:r>
    </w:p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60"/>
      <w:outlineLvl w:val="0"/>
    </w:pPr>
    <w:rPr>
      <w:rFonts w:ascii="Arial" w:hAnsi="Arial" w:cs="Arial"/>
      <w:b/>
      <w:bCs/>
      <w:caps/>
      <w:color w:val="1F5C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="Arial" w:hAnsi="Arial" w:cs="Arial"/>
      <w:b/>
      <w:bCs/>
      <w:i w:val="0"/>
      <w:color w:val="1111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cs="Arial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CV template</dc:title>
  <dc:subject>ATS-friendly CV template – one column, ATS-friendly</dc:subject>
  <dc:creator>freetemplates.app</dc:creator>
  <cp:keywords>template</cp:keywords>
  <dc:description>Free template from https://freetemplates.app (CC0 1.0). Replace the text in [brackets].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