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pPr>
        <w:spacing w:after="280"/>
        <w:pBdr>
          <w:bottom w:val="single" w:sz="6" w:space="1" w:color="1F5C4A"/>
        </w:pBdr>
      </w:pPr>
      <w:r>
        <w:rPr>
          <w:b w:val="0"/>
          <w:i w:val="0"/>
          <w:color w:val="555555"/>
        </w:rPr>
        <w:t>[City, Country] · [phone] · [email]</w:t>
      </w:r>
    </w:p>
    <w:p>
      <w:pPr>
        <w:spacing w:after="0"/>
      </w:pPr>
      <w:r>
        <w:rPr>
          <w:b w:val="0"/>
          <w:i w:val="0"/>
        </w:rPr>
        <w:t>[Date]</w:t>
      </w:r>
    </w:p>
    <w:p>
      <w:pPr>
        <w:spacing w:after="0"/>
      </w:pPr>
      <w:r>
        <w:rPr>
          <w:b w:val="0"/>
          <w:i w:val="0"/>
        </w:rPr>
      </w:r>
    </w:p>
    <w:p>
      <w:pPr>
        <w:spacing w:after="0"/>
      </w:pPr>
      <w:r>
        <w:rPr>
          <w:b w:val="0"/>
          <w:i w:val="0"/>
        </w:rPr>
        <w:t>[Hiring manager’s name, if you know it]</w:t>
      </w:r>
    </w:p>
    <w:p>
      <w:pPr>
        <w:spacing w:after="0"/>
      </w:pPr>
      <w:r>
        <w:rPr>
          <w:b w:val="0"/>
          <w:i w:val="0"/>
        </w:rPr>
        <w:t>[Company]</w:t>
      </w:r>
    </w:p>
    <w:p>
      <w:pPr>
        <w:spacing w:after="0"/>
      </w:pPr>
      <w:r>
        <w:rPr>
          <w:b w:val="0"/>
          <w:i w:val="0"/>
        </w:rPr>
        <w:t>[Address or city]</w:t>
      </w:r>
    </w:p>
    <w:p>
      <w:pPr>
        <w:spacing w:after="0"/>
      </w:pPr>
      <w:r>
        <w:rPr>
          <w:b w:val="0"/>
          <w:i w:val="0"/>
        </w:rPr>
      </w:r>
    </w:p>
    <w:p>
      <w:pPr>
        <w:spacing w:after="200"/>
      </w:pPr>
      <w:r>
        <w:rPr>
          <w:b w:val="0"/>
          <w:i w:val="0"/>
        </w:rPr>
        <w:t>Dear [Name / Hiring Manager],</w:t>
      </w:r>
    </w:p>
    <w:p>
      <w:pPr>
        <w:spacing w:after="200"/>
      </w:pPr>
      <w:r>
        <w:rPr>
          <w:b w:val="0"/>
          <w:i w:val="0"/>
        </w:rPr>
        <w:t>[Opening – one or two sentences. Name the job you are applying for, where you saw it, and the one reason you are a good fit.]</w:t>
      </w:r>
    </w:p>
    <w:p>
      <w:pPr>
        <w:spacing w:after="200"/>
      </w:pPr>
      <w:r>
        <w:rPr>
          <w:b w:val="0"/>
          <w:i w:val="0"/>
        </w:rPr>
        <w:t>[Middle – your strongest proof. Pick two things from the job ad and show, with a short example and a number if you can, that you have done them before.]</w:t>
      </w:r>
    </w:p>
    <w:p>
      <w:pPr>
        <w:spacing w:after="200"/>
      </w:pPr>
      <w:r>
        <w:rPr>
          <w:b w:val="0"/>
          <w:i w:val="0"/>
        </w:rPr>
        <w:t>[Why this company – one or two sentences that show you know what they do and why you want to work there, not just anywhere.]</w:t>
      </w:r>
    </w:p>
    <w:p>
      <w:pPr>
        <w:spacing w:after="200"/>
      </w:pPr>
      <w:r>
        <w:rPr>
          <w:b w:val="0"/>
          <w:i w:val="0"/>
        </w:rPr>
        <w:t>[Close – say you would welcome an interview, when you can start, and thank them for their time.]</w:t>
      </w:r>
    </w:p>
    <w:p>
      <w:pPr>
        <w:spacing w:after="480"/>
      </w:pPr>
      <w:r>
        <w:rPr>
          <w:b w:val="0"/>
          <w:i w:val="0"/>
        </w:rPr>
        <w:t>Kind regards,</w:t>
      </w:r>
    </w:p>
    <w:p>
      <w:r>
        <w:rPr>
          <w:b/>
          <w:i w:val="0"/>
        </w:rPr>
        <w:t>[Your Name]</w:t>
      </w:r>
    </w:p>
    <w:sectPr w:rsidR="00FC693F" w:rsidRPr="0006063C" w:rsidSect="00034616">
      <w:pgSz w:w="11906" w:h="16838"/>
      <w:pgMar w:top="1304" w:right="1304" w:bottom="130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Arial" w:hAnsi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60"/>
      <w:outlineLvl w:val="0"/>
    </w:pPr>
    <w:rPr>
      <w:rFonts w:ascii="Arial" w:hAnsi="Arial" w:cs="Arial"/>
      <w:b/>
      <w:bCs/>
      <w:caps/>
      <w:color w:val="1F5C4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0"/>
      <w:outlineLvl w:val="1"/>
    </w:pPr>
    <w:rPr>
      <w:rFonts w:ascii="Arial" w:hAnsi="Arial" w:cs="Arial"/>
      <w:b/>
      <w:bCs/>
      <w:i w:val="0"/>
      <w:color w:val="11111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rial" w:hAnsi="Arial" w:cs="Arial"/>
      <w:b/>
      <w:color w:val="111111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template</dc:title>
  <dc:subject>Free cover letter template</dc:subject>
  <dc:creator>freetemplates.app</dc:creator>
  <cp:keywords>template</cp:keywords>
  <dc:description>Free template from https://freetemplates.app (CC0 1.0). Replace the text in [brackets].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