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spacing w:after="40"/>
      </w:pPr>
      <w:r>
        <w:rPr>
          <w:b/>
          <w:i w:val="0"/>
          <w:sz w:val="23"/>
        </w:rPr>
        <w:t>[Registered Nurse – your speciality, e.g. Emergency or Paediatrics]</w:t>
      </w:r>
    </w:p>
    <w:p>
      <w:pPr>
        <w:spacing w:after="120"/>
        <w:pBdr>
          <w:bottom w:val="single" w:sz="6" w:space="1" w:color="1F5C4A"/>
        </w:pBdr>
      </w:pPr>
      <w:r>
        <w:rPr>
          <w:b w:val="0"/>
          <w:i w:val="0"/>
          <w:color w:val="555555"/>
        </w:rPr>
        <w:t>[City, Country] · [phone] · [email] · [linkedin.com/in/yourname]</w:t>
      </w:r>
    </w:p>
    <w:p>
      <w:pPr>
        <w:pStyle w:val="Heading1"/>
      </w:pPr>
      <w:r>
        <w:t>Summary</w:t>
      </w:r>
    </w:p>
    <w:p>
      <w:r>
        <w:rPr>
          <w:b w:val="0"/>
          <w:i w:val="0"/>
        </w:rPr>
        <w:t>[Two or three lines: years of experience, the wards or settings you know, and the kind of post you want.]</w:t>
      </w:r>
    </w:p>
    <w:p>
      <w:pPr>
        <w:pStyle w:val="Heading1"/>
      </w:pPr>
      <w:r>
        <w:t>Licence and certifications</w:t>
      </w:r>
    </w:p>
    <w:p>
      <w:pPr>
        <w:pStyle w:val="ListBullet"/>
      </w:pPr>
      <w:r>
        <w:t>[Nursing licence or registration, issuing body, number if you choose to share it]</w:t>
      </w:r>
    </w:p>
    <w:p>
      <w:pPr>
        <w:pStyle w:val="ListBullet"/>
      </w:pPr>
      <w:r>
        <w:t>[Life-support certificate, e.g. BLS / ALS, with year]</w:t>
      </w:r>
    </w:p>
    <w:p>
      <w:pPr>
        <w:pStyle w:val="ListBullet"/>
      </w:pPr>
      <w:r>
        <w:t>[Other course or certificate, with year]</w:t>
      </w:r>
    </w:p>
    <w:p>
      <w:pPr>
        <w:pStyle w:val="Heading1"/>
      </w:pPr>
      <w:r>
        <w:t>Clinical experience</w:t>
      </w:r>
    </w:p>
    <w:p>
      <w:pPr>
        <w:pStyle w:val="Heading2"/>
      </w:pPr>
      <w:r>
        <w:t>[Job title, e.g. Staff Nurse]</w:t>
      </w:r>
    </w:p>
    <w:p>
      <w:pPr>
        <w:spacing w:after="40"/>
      </w:pPr>
      <w:r>
        <w:rPr>
          <w:b w:val="0"/>
          <w:i w:val="0"/>
          <w:color w:val="555555"/>
        </w:rPr>
        <w:t>[Hospital or clinic, ward or unit], [City] | [Mon YYYY] – Present</w:t>
      </w:r>
    </w:p>
    <w:p>
      <w:pPr>
        <w:pStyle w:val="ListBullet"/>
      </w:pPr>
      <w:r>
        <w:t>[Patient group and typical number of patients per shift.]</w:t>
      </w:r>
    </w:p>
    <w:p>
      <w:pPr>
        <w:pStyle w:val="ListBullet"/>
      </w:pPr>
      <w:r>
        <w:t>[Procedures, equipment or systems you use, e.g. IV therapy, electronic patient records.]</w:t>
      </w:r>
    </w:p>
    <w:p>
      <w:pPr>
        <w:pStyle w:val="ListBullet"/>
      </w:pPr>
      <w:r>
        <w:t>[An improvement you were part of, with a result if you have one.]</w:t>
      </w:r>
    </w:p>
    <w:p>
      <w:pPr>
        <w:pStyle w:val="Heading2"/>
      </w:pPr>
      <w:r>
        <w:t>[Job title]</w:t>
      </w:r>
    </w:p>
    <w:p>
      <w:pPr>
        <w:spacing w:after="40"/>
      </w:pPr>
      <w:r>
        <w:rPr>
          <w:b w:val="0"/>
          <w:i w:val="0"/>
          <w:color w:val="555555"/>
        </w:rPr>
        <w:t>[Hospital or clinic], [City] | [Mon YYYY] – [Mon YYYY]</w:t>
      </w:r>
    </w:p>
    <w:p>
      <w:pPr>
        <w:pStyle w:val="ListBullet"/>
      </w:pPr>
      <w:r>
        <w:t>[Responsibility or result.]</w:t>
      </w:r>
    </w:p>
    <w:p>
      <w:pPr>
        <w:pStyle w:val="Heading1"/>
      </w:pPr>
      <w:r>
        <w:t>Education</w:t>
      </w:r>
    </w:p>
    <w:p>
      <w:pPr>
        <w:pStyle w:val="Heading2"/>
      </w:pPr>
      <w:r>
        <w:t>[Nursing degree or diploma]</w:t>
      </w:r>
    </w:p>
    <w:p>
      <w:pPr>
        <w:spacing w:after="40"/>
      </w:pPr>
      <w:r>
        <w:rPr>
          <w:b w:val="0"/>
          <w:i w:val="0"/>
          <w:color w:val="555555"/>
        </w:rPr>
        <w:t>[University or college], [City] | [YYYY]</w:t>
      </w:r>
    </w:p>
    <w:p>
      <w:pPr>
        <w:pStyle w:val="ListBullet"/>
      </w:pPr>
      <w:r>
        <w:t>[Clinical placements: ward, ward, ward]</w:t>
      </w:r>
    </w:p>
    <w:p>
      <w:pPr>
        <w:pStyle w:val="Heading1"/>
      </w:pPr>
      <w:r>
        <w:t>Skills</w:t>
      </w:r>
    </w:p>
    <w:p>
      <w:r>
        <w:rPr>
          <w:b w:val="0"/>
          <w:i w:val="0"/>
        </w:rPr>
        <w:t>[Clinical skill] · [Clinical skill] · [Patient record system] · [Language: level]</w:t>
      </w:r>
    </w:p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60"/>
      <w:outlineLvl w:val="0"/>
    </w:pPr>
    <w:rPr>
      <w:rFonts w:ascii="Arial" w:hAnsi="Arial" w:cs="Arial"/>
      <w:b/>
      <w:bCs/>
      <w:caps/>
      <w:color w:val="1F5C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="Arial" w:hAnsi="Arial" w:cs="Arial"/>
      <w:b/>
      <w:bCs/>
      <w:i w:val="0"/>
      <w:color w:val="1111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cs="Arial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CV template</dc:title>
  <dc:subject>Nurse CV template – one column, ATS-friendly</dc:subject>
  <dc:creator>freetemplates.app</dc:creator>
  <cp:keywords>template</cp:keywords>
  <dc:description>Free template from https://freetemplates.app (CC0 1.0). Replace the text in [brackets].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