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pPr>
        <w:spacing w:after="40"/>
      </w:pPr>
      <w:r>
        <w:rPr>
          <w:b/>
          <w:i w:val="0"/>
          <w:sz w:val="23"/>
        </w:rPr>
        <w:t>[Software Developer – e.g. Backend, Python and Go]</w:t>
      </w:r>
    </w:p>
    <w:p>
      <w:pPr>
        <w:spacing w:after="120"/>
        <w:pBdr>
          <w:bottom w:val="single" w:sz="6" w:space="1" w:color="1F5C4A"/>
        </w:pBdr>
      </w:pPr>
      <w:r>
        <w:rPr>
          <w:b w:val="0"/>
          <w:i w:val="0"/>
          <w:color w:val="555555"/>
        </w:rPr>
        <w:t>[City, Country] · [phone] · [email] · [github.com/yourname] · [yourwebsite.com]</w:t>
      </w:r>
    </w:p>
    <w:p>
      <w:pPr>
        <w:pStyle w:val="Heading1"/>
      </w:pPr>
      <w:r>
        <w:t>Summary</w:t>
      </w:r>
    </w:p>
    <w:p>
      <w:r>
        <w:rPr>
          <w:b w:val="0"/>
          <w:i w:val="0"/>
        </w:rPr>
        <w:t>[Two lines: years of experience, the kind of systems you build and the stack you know best.]</w:t>
      </w:r>
    </w:p>
    <w:p>
      <w:pPr>
        <w:pStyle w:val="Heading1"/>
      </w:pPr>
      <w:r>
        <w:t>Technical skills</w:t>
      </w:r>
    </w:p>
    <w:p>
      <w:pPr>
        <w:spacing w:after="20"/>
      </w:pPr>
      <w:r>
        <w:rPr>
          <w:b/>
        </w:rPr>
        <w:t xml:space="preserve">Languages: </w:t>
      </w:r>
      <w:r>
        <w:t>[Language], [Language], [Language]</w:t>
      </w:r>
    </w:p>
    <w:p>
      <w:pPr>
        <w:spacing w:after="20"/>
      </w:pPr>
      <w:r>
        <w:rPr>
          <w:b/>
        </w:rPr>
        <w:t xml:space="preserve">Frameworks: </w:t>
      </w:r>
      <w:r>
        <w:t>[Framework], [Framework]</w:t>
      </w:r>
    </w:p>
    <w:p>
      <w:pPr>
        <w:spacing w:after="20"/>
      </w:pPr>
      <w:r>
        <w:rPr>
          <w:b/>
        </w:rPr>
        <w:t xml:space="preserve">Tools: </w:t>
      </w:r>
      <w:r>
        <w:t>[Database], [Cloud], [CI], [Testing]</w:t>
      </w:r>
    </w:p>
    <w:p>
      <w:pPr>
        <w:pStyle w:val="Heading1"/>
      </w:pPr>
      <w:r>
        <w:t>Experience</w:t>
      </w:r>
    </w:p>
    <w:p>
      <w:pPr>
        <w:pStyle w:val="Heading2"/>
      </w:pPr>
      <w:r>
        <w:t>[Job title, e.g. Software Engineer]</w:t>
      </w:r>
    </w:p>
    <w:p>
      <w:pPr>
        <w:spacing w:after="40"/>
      </w:pPr>
      <w:r>
        <w:rPr>
          <w:b w:val="0"/>
          <w:i w:val="0"/>
          <w:color w:val="555555"/>
        </w:rPr>
        <w:t>[Company], [City or Remote] | [Mon YYYY] – Present</w:t>
      </w:r>
    </w:p>
    <w:p>
      <w:pPr>
        <w:pStyle w:val="ListBullet"/>
      </w:pPr>
      <w:r>
        <w:t>[What you built and the result, e.g. Moved billing to a queue; failed payments fell by 30%.]</w:t>
      </w:r>
    </w:p>
    <w:p>
      <w:pPr>
        <w:pStyle w:val="ListBullet"/>
      </w:pPr>
      <w:r>
        <w:t>[Scale: users, requests, data size, team size.]</w:t>
      </w:r>
    </w:p>
    <w:p>
      <w:pPr>
        <w:pStyle w:val="ListBullet"/>
      </w:pPr>
      <w:r>
        <w:t>[Technologies used, as plain words the job ad also uses.]</w:t>
      </w:r>
    </w:p>
    <w:p>
      <w:pPr>
        <w:pStyle w:val="Heading2"/>
      </w:pPr>
      <w:r>
        <w:t>[Job title]</w:t>
      </w:r>
    </w:p>
    <w:p>
      <w:pPr>
        <w:spacing w:after="40"/>
      </w:pPr>
      <w:r>
        <w:rPr>
          <w:b w:val="0"/>
          <w:i w:val="0"/>
          <w:color w:val="555555"/>
        </w:rPr>
        <w:t>[Company], [City] | [Mon YYYY] – [Mon YYYY]</w:t>
      </w:r>
    </w:p>
    <w:p>
      <w:pPr>
        <w:pStyle w:val="ListBullet"/>
      </w:pPr>
      <w:r>
        <w:t>[Result or responsibility.]</w:t>
      </w:r>
    </w:p>
    <w:p>
      <w:pPr>
        <w:pStyle w:val="Heading1"/>
      </w:pPr>
      <w:r>
        <w:t>Projects</w:t>
      </w:r>
    </w:p>
    <w:p>
      <w:pPr>
        <w:pStyle w:val="Heading2"/>
      </w:pPr>
      <w:r>
        <w:t>[Project name]</w:t>
      </w:r>
    </w:p>
    <w:p>
      <w:pPr>
        <w:spacing w:after="40"/>
      </w:pPr>
      <w:r>
        <w:rPr>
          <w:b w:val="0"/>
          <w:i w:val="0"/>
          <w:color w:val="555555"/>
        </w:rPr>
        <w:t>[link to repository or demo] | [YYYY]</w:t>
      </w:r>
    </w:p>
    <w:p>
      <w:pPr>
        <w:pStyle w:val="ListBullet"/>
      </w:pPr>
      <w:r>
        <w:t>[What it does, what you used, and who uses it.]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[Degree, bootcamp or self-taught]</w:t>
      </w:r>
    </w:p>
    <w:p>
      <w:pPr>
        <w:spacing w:after="40"/>
      </w:pPr>
      <w:r>
        <w:rPr>
          <w:b w:val="0"/>
          <w:i w:val="0"/>
          <w:color w:val="555555"/>
        </w:rPr>
        <w:t>[School] | [YYYY]</w:t>
      </w:r>
    </w:p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60"/>
      <w:outlineLvl w:val="0"/>
    </w:pPr>
    <w:rPr>
      <w:rFonts w:ascii="Arial" w:hAnsi="Arial" w:cs="Arial"/>
      <w:b/>
      <w:bCs/>
      <w:caps/>
      <w:color w:val="1F5C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="Arial" w:hAnsi="Arial" w:cs="Arial"/>
      <w:b/>
      <w:bCs/>
      <w:i w:val="0"/>
      <w:color w:val="11111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cs="Arial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developer resume template</dc:title>
  <dc:subject>Software developer resume template – one column, ATS-friendly</dc:subject>
  <dc:creator>freetemplates.app</dc:creator>
  <cp:keywords>template</cp:keywords>
  <dc:description>Free template from https://freetemplates.app (CC0 1.0). Replace the text in [brackets].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