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pPr>
        <w:spacing w:after="40"/>
      </w:pPr>
      <w:r>
        <w:rPr>
          <w:b/>
          <w:i w:val="0"/>
          <w:sz w:val="23"/>
        </w:rPr>
        <w:t>[Student, e.g. BSc Biology, 2nd year – looking for a summer internship]</w:t>
      </w:r>
    </w:p>
    <w:p>
      <w:pPr>
        <w:spacing w:after="120"/>
        <w:pBdr>
          <w:bottom w:val="single" w:sz="6" w:space="1" w:color="1F5C4A"/>
        </w:pBdr>
      </w:pPr>
      <w:r>
        <w:rPr>
          <w:b w:val="0"/>
          <w:i w:val="0"/>
          <w:color w:val="555555"/>
        </w:rPr>
        <w:t>[City, Country] · [phone] · [email] · [linkedin.com/in/yourname]</w:t>
      </w:r>
    </w:p>
    <w:p>
      <w:pPr>
        <w:pStyle w:val="Heading1"/>
      </w:pPr>
      <w:r>
        <w:t>Profile</w:t>
      </w:r>
    </w:p>
    <w:p>
      <w:r>
        <w:rPr>
          <w:b w:val="0"/>
          <w:i w:val="0"/>
        </w:rPr>
        <w:t>[Two lines about what you study, what you are good at and what kind of job, internship or placement you want.]</w:t>
      </w:r>
    </w:p>
    <w:p>
      <w:pPr>
        <w:pStyle w:val="Heading1"/>
      </w:pPr>
      <w:r>
        <w:t>Education</w:t>
      </w:r>
    </w:p>
    <w:p>
      <w:pPr>
        <w:pStyle w:val="Heading2"/>
      </w:pPr>
      <w:r>
        <w:t>[Degree or programme]</w:t>
      </w:r>
    </w:p>
    <w:p>
      <w:pPr>
        <w:spacing w:after="40"/>
      </w:pPr>
      <w:r>
        <w:rPr>
          <w:b w:val="0"/>
          <w:i w:val="0"/>
          <w:color w:val="555555"/>
        </w:rPr>
        <w:t>[University or school], [City] | [YYYY] – expected [YYYY]</w:t>
      </w:r>
    </w:p>
    <w:p>
      <w:pPr>
        <w:pStyle w:val="ListBullet"/>
      </w:pPr>
      <w:r>
        <w:t>[Relevant courses: Course, Course, Course]</w:t>
      </w:r>
    </w:p>
    <w:p>
      <w:pPr>
        <w:pStyle w:val="ListBullet"/>
      </w:pPr>
      <w:r>
        <w:t>[Grade, award or thesis topic, if it helps]</w:t>
      </w:r>
    </w:p>
    <w:p>
      <w:pPr>
        <w:pStyle w:val="Heading1"/>
      </w:pPr>
      <w:r>
        <w:t>Projects</w:t>
      </w:r>
    </w:p>
    <w:p>
      <w:pPr>
        <w:pStyle w:val="Heading2"/>
      </w:pPr>
      <w:r>
        <w:t>[Project name]</w:t>
      </w:r>
    </w:p>
    <w:p>
      <w:pPr>
        <w:spacing w:after="40"/>
      </w:pPr>
      <w:r>
        <w:rPr>
          <w:b w:val="0"/>
          <w:i w:val="0"/>
          <w:color w:val="555555"/>
        </w:rPr>
        <w:t>[Course, club or own project] | [YYYY]</w:t>
      </w:r>
    </w:p>
    <w:p>
      <w:pPr>
        <w:pStyle w:val="ListBullet"/>
      </w:pPr>
      <w:r>
        <w:t>[What you made or found out, and your part in it.]</w:t>
      </w:r>
    </w:p>
    <w:p>
      <w:pPr>
        <w:pStyle w:val="Heading1"/>
      </w:pPr>
      <w:r>
        <w:t>Work and volunteering</w:t>
      </w:r>
    </w:p>
    <w:p>
      <w:pPr>
        <w:pStyle w:val="Heading2"/>
      </w:pPr>
      <w:r>
        <w:t>[Role, e.g. Café assistant]</w:t>
      </w:r>
    </w:p>
    <w:p>
      <w:pPr>
        <w:spacing w:after="40"/>
      </w:pPr>
      <w:r>
        <w:rPr>
          <w:b w:val="0"/>
          <w:i w:val="0"/>
          <w:color w:val="555555"/>
        </w:rPr>
        <w:t>[Place], [City] | [Mon YYYY] – [Mon YYYY]</w:t>
      </w:r>
    </w:p>
    <w:p>
      <w:pPr>
        <w:pStyle w:val="ListBullet"/>
      </w:pPr>
      <w:r>
        <w:t>[A skill an employer cares about: customer service, cash handling, team work.]</w:t>
      </w:r>
    </w:p>
    <w:p>
      <w:pPr>
        <w:pStyle w:val="Heading2"/>
      </w:pPr>
      <w:r>
        <w:t>[Volunteer role]</w:t>
      </w:r>
    </w:p>
    <w:p>
      <w:pPr>
        <w:spacing w:after="40"/>
      </w:pPr>
      <w:r>
        <w:rPr>
          <w:b w:val="0"/>
          <w:i w:val="0"/>
          <w:color w:val="555555"/>
        </w:rPr>
        <w:t>[Organisation] | [YYYY]</w:t>
      </w:r>
    </w:p>
    <w:p>
      <w:pPr>
        <w:pStyle w:val="ListBullet"/>
      </w:pPr>
      <w:r>
        <w:t>[What you did and for whom.]</w:t>
      </w:r>
    </w:p>
    <w:p>
      <w:pPr>
        <w:pStyle w:val="Heading1"/>
      </w:pPr>
      <w:r>
        <w:t>Skills</w:t>
      </w:r>
    </w:p>
    <w:p>
      <w:r>
        <w:rPr>
          <w:b w:val="0"/>
          <w:i w:val="0"/>
        </w:rPr>
        <w:t>[Software] · [Language: level] · [Skill] · [Driving licence, if relevant]</w:t>
      </w:r>
    </w:p>
    <w:p>
      <w:pPr>
        <w:pStyle w:val="Heading1"/>
      </w:pPr>
      <w:r>
        <w:t>Activities</w:t>
      </w:r>
    </w:p>
    <w:p>
      <w:r>
        <w:rPr>
          <w:b w:val="0"/>
          <w:i w:val="0"/>
        </w:rPr>
        <w:t>[Sports, clubs, student union – one line, only if it adds something.]</w:t>
      </w:r>
    </w:p>
    <w:sectPr w:rsidR="00FC693F" w:rsidRPr="0006063C" w:rsidSect="00034616">
      <w:pgSz w:w="11906" w:h="16838"/>
      <w:pgMar w:top="1077" w:right="1077" w:bottom="107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76" w:lineRule="auto"/>
    </w:pPr>
    <w:rPr>
      <w:rFonts w:ascii="Arial" w:hAnsi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60"/>
      <w:outlineLvl w:val="0"/>
    </w:pPr>
    <w:rPr>
      <w:rFonts w:ascii="Arial" w:hAnsi="Arial" w:cs="Arial"/>
      <w:b/>
      <w:bCs/>
      <w:caps/>
      <w:color w:val="1F5C4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0"/>
      <w:outlineLvl w:val="1"/>
    </w:pPr>
    <w:rPr>
      <w:rFonts w:ascii="Arial" w:hAnsi="Arial" w:cs="Arial"/>
      <w:b/>
      <w:bCs/>
      <w:i w:val="0"/>
      <w:color w:val="11111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="Arial" w:hAnsi="Arial" w:cs="Arial"/>
      <w:b/>
      <w:color w:val="111111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CV template</dc:title>
  <dc:subject>Student CV template – one column, ATS-friendly</dc:subject>
  <dc:creator>freetemplates.app</dc:creator>
  <cp:keywords>template</cp:keywords>
  <dc:description>Free template from https://freetemplates.app (CC0 1.0). Replace the text in [brackets].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