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pPr>
        <w:spacing w:after="40"/>
      </w:pPr>
      <w:r>
        <w:rPr>
          <w:b/>
          <w:i w:val="0"/>
          <w:sz w:val="23"/>
        </w:rPr>
        <w:t>[Teacher – subject and age group, e.g. Secondary Mathematics]</w:t>
      </w:r>
    </w:p>
    <w:p>
      <w:pPr>
        <w:spacing w:after="120"/>
        <w:pBdr>
          <w:bottom w:val="single" w:sz="6" w:space="1" w:color="1F5C4A"/>
        </w:pBdr>
      </w:pPr>
      <w:r>
        <w:rPr>
          <w:b w:val="0"/>
          <w:i w:val="0"/>
          <w:color w:val="555555"/>
        </w:rPr>
        <w:t>[City, Country] · [phone] · [email] · [linkedin.com/in/yourname]</w:t>
      </w:r>
    </w:p>
    <w:p>
      <w:pPr>
        <w:pStyle w:val="Heading1"/>
      </w:pPr>
      <w:r>
        <w:t>Summary</w:t>
      </w:r>
    </w:p>
    <w:p>
      <w:r>
        <w:rPr>
          <w:b w:val="0"/>
          <w:i w:val="0"/>
        </w:rPr>
        <w:t>[Two or three lines: subjects and ages you teach, years of experience and what you bring to a school.]</w:t>
      </w:r>
    </w:p>
    <w:p>
      <w:pPr>
        <w:pStyle w:val="Heading1"/>
      </w:pPr>
      <w:r>
        <w:t>Qualifications</w:t>
      </w:r>
    </w:p>
    <w:p>
      <w:pPr>
        <w:pStyle w:val="ListBullet"/>
      </w:pPr>
      <w:r>
        <w:t>[Teaching qualification or licence, issuing body, year]</w:t>
      </w:r>
    </w:p>
    <w:p>
      <w:pPr>
        <w:pStyle w:val="ListBullet"/>
      </w:pPr>
      <w:r>
        <w:t>[Subject degree, university, year]</w:t>
      </w:r>
    </w:p>
    <w:p>
      <w:pPr>
        <w:pStyle w:val="Heading1"/>
      </w:pPr>
      <w:r>
        <w:t>Teaching experience</w:t>
      </w:r>
    </w:p>
    <w:p>
      <w:pPr>
        <w:pStyle w:val="Heading2"/>
      </w:pPr>
      <w:r>
        <w:t>[Job title, e.g. Maths Teacher]</w:t>
      </w:r>
    </w:p>
    <w:p>
      <w:pPr>
        <w:spacing w:after="40"/>
      </w:pPr>
      <w:r>
        <w:rPr>
          <w:b w:val="0"/>
          <w:i w:val="0"/>
          <w:color w:val="555555"/>
        </w:rPr>
        <w:t>[School], [City] | [Mon YYYY] – Present</w:t>
      </w:r>
    </w:p>
    <w:p>
      <w:pPr>
        <w:pStyle w:val="ListBullet"/>
      </w:pPr>
      <w:r>
        <w:t>[Classes, subjects and age groups you teach.]</w:t>
      </w:r>
    </w:p>
    <w:p>
      <w:pPr>
        <w:pStyle w:val="ListBullet"/>
      </w:pPr>
      <w:r>
        <w:t>[A result: exam results, attendance, a new course or club you started.]</w:t>
      </w:r>
    </w:p>
    <w:p>
      <w:pPr>
        <w:pStyle w:val="ListBullet"/>
      </w:pPr>
      <w:r>
        <w:t>[Extra role: form tutor, head of year, mentor for new teachers.]</w:t>
      </w:r>
    </w:p>
    <w:p>
      <w:pPr>
        <w:pStyle w:val="Heading2"/>
      </w:pPr>
      <w:r>
        <w:t>[Job title or placement]</w:t>
      </w:r>
    </w:p>
    <w:p>
      <w:pPr>
        <w:spacing w:after="40"/>
      </w:pPr>
      <w:r>
        <w:rPr>
          <w:b w:val="0"/>
          <w:i w:val="0"/>
          <w:color w:val="555555"/>
        </w:rPr>
        <w:t>[School], [City] | [Mon YYYY] – [Mon YYYY]</w:t>
      </w:r>
    </w:p>
    <w:p>
      <w:pPr>
        <w:pStyle w:val="ListBullet"/>
      </w:pPr>
      <w:r>
        <w:t>[Responsibility or result.]</w:t>
      </w:r>
    </w:p>
    <w:p>
      <w:pPr>
        <w:pStyle w:val="Heading1"/>
      </w:pPr>
      <w:r>
        <w:t>Education</w:t>
      </w:r>
    </w:p>
    <w:p>
      <w:pPr>
        <w:pStyle w:val="Heading2"/>
      </w:pPr>
      <w:r>
        <w:t>[Degree]</w:t>
      </w:r>
    </w:p>
    <w:p>
      <w:pPr>
        <w:spacing w:after="40"/>
      </w:pPr>
      <w:r>
        <w:rPr>
          <w:b w:val="0"/>
          <w:i w:val="0"/>
          <w:color w:val="555555"/>
        </w:rPr>
        <w:t>[University], [City] | [YYYY] – [YYYY]</w:t>
      </w:r>
    </w:p>
    <w:p>
      <w:pPr>
        <w:pStyle w:val="Heading1"/>
      </w:pPr>
      <w:r>
        <w:t>Skills</w:t>
      </w:r>
    </w:p>
    <w:p>
      <w:r>
        <w:rPr>
          <w:b w:val="0"/>
          <w:i w:val="0"/>
        </w:rPr>
        <w:t>[Classroom management] · [Learning platform] · [Special needs support] · [Language: level]</w:t>
      </w:r>
    </w:p>
    <w:p>
      <w:pPr>
        <w:pStyle w:val="Heading1"/>
      </w:pPr>
      <w:r>
        <w:t>Activities</w:t>
      </w:r>
    </w:p>
    <w:p>
      <w:r>
        <w:rPr>
          <w:b w:val="0"/>
          <w:i w:val="0"/>
        </w:rPr>
        <w:t>[Clubs, trips or school events you run.]</w:t>
      </w:r>
    </w:p>
    <w:sectPr w:rsidR="00FC693F" w:rsidRPr="0006063C" w:rsidSect="00034616">
      <w:pgSz w:w="11906" w:h="16838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Arial" w:hAnsi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60"/>
      <w:outlineLvl w:val="0"/>
    </w:pPr>
    <w:rPr>
      <w:rFonts w:ascii="Arial" w:hAnsi="Arial" w:cs="Arial"/>
      <w:b/>
      <w:bCs/>
      <w:caps/>
      <w:color w:val="1F5C4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0"/>
      <w:outlineLvl w:val="1"/>
    </w:pPr>
    <w:rPr>
      <w:rFonts w:ascii="Arial" w:hAnsi="Arial" w:cs="Arial"/>
      <w:b/>
      <w:bCs/>
      <w:i w:val="0"/>
      <w:color w:val="11111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rial" w:hAnsi="Arial" w:cs="Arial"/>
      <w:b/>
      <w:color w:val="111111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CV template</dc:title>
  <dc:subject>Teacher CV template – one column, ATS-friendly</dc:subject>
  <dc:creator>freetemplates.app</dc:creator>
  <cp:keywords>template</cp:keywords>
  <dc:description>Free template from https://freetemplates.app (CC0 1.0). Replace the text in [brackets].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